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2148840" cy="7162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oppinesque-logo-red-whit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7162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Arial" w:hAnsi="Arial"/>
          <w:b/>
          <w:i w:val="0"/>
          <w:color w:val="ED1C24"/>
          <w:sz w:val="40"/>
        </w:rPr>
        <w:t>DOMANDA DI AMMISSIONE A SOCIO</w:t>
      </w:r>
    </w:p>
    <w:p>
      <w:pPr>
        <w:spacing w:after="180"/>
        <w:jc w:val="center"/>
      </w:pPr>
      <w:r>
        <w:rPr>
          <w:rFonts w:ascii="Arial" w:hAnsi="Arial"/>
          <w:b/>
          <w:i w:val="0"/>
          <w:color w:val="666666"/>
          <w:sz w:val="19"/>
        </w:rPr>
        <w:t>Modulo maggiorenni · Anno accademico 2026–2027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9858" w:type="dxa"/>
        <w:tblInd w:w="120" w:type="dxa"/>
      </w:tblPr>
      <w:tblGrid>
        <w:gridCol w:w="3286"/>
        <w:gridCol w:w="3286"/>
        <w:gridCol w:w="3286"/>
      </w:tblGrid>
      <w:tr>
        <w:tc>
          <w:tcPr>
            <w:tcW w:type="dxa" w:w="3289"/>
            <w:shd w:fill="090909"/>
            <w:vAlign w:val="center"/>
            <w:tcW w:w="3286" w:type="dxa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20"/>
              <w:jc w:val="center"/>
            </w:pPr>
            <w:r/>
            <w:r>
              <w:rPr>
                <w:rFonts w:ascii="Arial" w:hAnsi="Arial"/>
                <w:b/>
                <w:i w:val="0"/>
                <w:color w:val="ED1C24"/>
                <w:sz w:val="14"/>
              </w:rPr>
              <w:t>VERSIONE</w:t>
            </w:r>
          </w:p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2026–27</w:t>
            </w:r>
          </w:p>
        </w:tc>
        <w:tc>
          <w:tcPr>
            <w:tcW w:type="dxa" w:w="3289"/>
            <w:shd w:fill="090909"/>
            <w:vAlign w:val="center"/>
            <w:tcW w:w="3286" w:type="dxa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20"/>
              <w:jc w:val="center"/>
            </w:pPr>
            <w:r/>
            <w:r>
              <w:rPr>
                <w:rFonts w:ascii="Arial" w:hAnsi="Arial"/>
                <w:b/>
                <w:i w:val="0"/>
                <w:color w:val="ED1C24"/>
                <w:sz w:val="14"/>
              </w:rPr>
              <w:t>DA ALLEGARE</w:t>
            </w:r>
          </w:p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Certificato medico</w:t>
            </w:r>
          </w:p>
        </w:tc>
        <w:tc>
          <w:tcPr>
            <w:tcW w:type="dxa" w:w="3289"/>
            <w:shd w:fill="090909"/>
            <w:vAlign w:val="center"/>
            <w:tcW w:w="3286" w:type="dxa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20"/>
              <w:jc w:val="center"/>
            </w:pPr>
            <w:r/>
            <w:r>
              <w:rPr>
                <w:rFonts w:ascii="Arial" w:hAnsi="Arial"/>
                <w:b/>
                <w:i w:val="0"/>
                <w:color w:val="ED1C24"/>
                <w:sz w:val="14"/>
              </w:rPr>
              <w:t>CONTATTI</w:t>
            </w:r>
          </w:p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+39 346 095 8205</w:t>
            </w:r>
          </w:p>
        </w:tc>
      </w:tr>
    </w:tbl>
    <w:p>
      <w:pPr>
        <w:pStyle w:val="Heading1"/>
      </w:pPr>
      <w:r>
        <w:t>Dati dell’associato/a</w:t>
      </w:r>
    </w:p>
    <w:p>
      <w:pPr>
        <w:spacing w:after="60"/>
      </w:pPr>
      <w:r>
        <w:rPr>
          <w:rFonts w:ascii="Arial" w:hAnsi="Arial"/>
          <w:b/>
          <w:i w:val="0"/>
          <w:color w:val="ED1C24"/>
          <w:sz w:val="16"/>
        </w:rPr>
        <w:t xml:space="preserve">NOME E COGNOME  </w:t>
      </w:r>
      <w:r>
        <w:rPr>
          <w:rFonts w:ascii="Arial" w:hAnsi="Arial"/>
          <w:b w:val="0"/>
          <w:i w:val="0"/>
          <w:color w:val="090909"/>
          <w:sz w:val="17"/>
        </w:rPr>
        <w:t>___________________________________________________________________________</w:t>
      </w:r>
    </w:p>
    <w:p>
      <w:pPr>
        <w:spacing w:after="60"/>
      </w:pPr>
      <w:r>
        <w:rPr>
          <w:rFonts w:ascii="Arial" w:hAnsi="Arial"/>
          <w:b/>
          <w:i w:val="0"/>
          <w:color w:val="ED1C24"/>
          <w:sz w:val="16"/>
        </w:rPr>
        <w:t xml:space="preserve">DATA DI NASCITA  </w:t>
      </w:r>
      <w:r>
        <w:rPr>
          <w:rFonts w:ascii="Arial" w:hAnsi="Arial"/>
          <w:b w:val="0"/>
          <w:i w:val="0"/>
          <w:color w:val="090909"/>
          <w:sz w:val="17"/>
        </w:rPr>
        <w:t>___________________________________________________________________________</w:t>
      </w:r>
    </w:p>
    <w:p>
      <w:pPr>
        <w:spacing w:after="60"/>
      </w:pPr>
      <w:r>
        <w:rPr>
          <w:rFonts w:ascii="Arial" w:hAnsi="Arial"/>
          <w:b/>
          <w:i w:val="0"/>
          <w:color w:val="ED1C24"/>
          <w:sz w:val="16"/>
        </w:rPr>
        <w:t xml:space="preserve">LUOGO DI NASCITA  </w:t>
      </w:r>
      <w:r>
        <w:rPr>
          <w:rFonts w:ascii="Arial" w:hAnsi="Arial"/>
          <w:b w:val="0"/>
          <w:i w:val="0"/>
          <w:color w:val="090909"/>
          <w:sz w:val="17"/>
        </w:rPr>
        <w:t>___________________________________________________________________________</w:t>
      </w:r>
    </w:p>
    <w:p>
      <w:pPr>
        <w:spacing w:after="60"/>
      </w:pPr>
      <w:r>
        <w:rPr>
          <w:rFonts w:ascii="Arial" w:hAnsi="Arial"/>
          <w:b/>
          <w:i w:val="0"/>
          <w:color w:val="ED1C24"/>
          <w:sz w:val="16"/>
        </w:rPr>
        <w:t xml:space="preserve">CODICE FISCALE  </w:t>
      </w:r>
      <w:r>
        <w:rPr>
          <w:rFonts w:ascii="Arial" w:hAnsi="Arial"/>
          <w:b w:val="0"/>
          <w:i w:val="0"/>
          <w:color w:val="090909"/>
          <w:sz w:val="17"/>
        </w:rPr>
        <w:t>___________________________________________________________________________</w:t>
      </w:r>
    </w:p>
    <w:p>
      <w:pPr>
        <w:spacing w:after="60"/>
      </w:pPr>
      <w:r>
        <w:rPr>
          <w:rFonts w:ascii="Arial" w:hAnsi="Arial"/>
          <w:b/>
          <w:i w:val="0"/>
          <w:color w:val="ED1C24"/>
          <w:sz w:val="16"/>
        </w:rPr>
        <w:t xml:space="preserve">TELEFONO  </w:t>
      </w:r>
      <w:r>
        <w:rPr>
          <w:rFonts w:ascii="Arial" w:hAnsi="Arial"/>
          <w:b w:val="0"/>
          <w:i w:val="0"/>
          <w:color w:val="090909"/>
          <w:sz w:val="17"/>
        </w:rPr>
        <w:t>___________________________________________________________________________</w:t>
      </w:r>
    </w:p>
    <w:p>
      <w:pPr>
        <w:spacing w:after="60"/>
      </w:pPr>
      <w:r>
        <w:rPr>
          <w:rFonts w:ascii="Arial" w:hAnsi="Arial"/>
          <w:b/>
          <w:i w:val="0"/>
          <w:color w:val="ED1C24"/>
          <w:sz w:val="16"/>
        </w:rPr>
        <w:t xml:space="preserve">E-MAIL  </w:t>
      </w:r>
      <w:r>
        <w:rPr>
          <w:rFonts w:ascii="Arial" w:hAnsi="Arial"/>
          <w:b w:val="0"/>
          <w:i w:val="0"/>
          <w:color w:val="090909"/>
          <w:sz w:val="17"/>
        </w:rPr>
        <w:t>___________________________________________________________________________</w:t>
      </w:r>
    </w:p>
    <w:p>
      <w:pPr>
        <w:spacing w:after="60"/>
      </w:pPr>
      <w:r>
        <w:rPr>
          <w:rFonts w:ascii="Arial" w:hAnsi="Arial"/>
          <w:b/>
          <w:i w:val="0"/>
          <w:color w:val="ED1C24"/>
          <w:sz w:val="16"/>
        </w:rPr>
        <w:t xml:space="preserve">INDIRIZZO DI RESIDENZA  </w:t>
      </w:r>
      <w:r>
        <w:rPr>
          <w:rFonts w:ascii="Arial" w:hAnsi="Arial"/>
          <w:b w:val="0"/>
          <w:i w:val="0"/>
          <w:color w:val="090909"/>
          <w:sz w:val="17"/>
        </w:rPr>
        <w:t>___________________________________________________________________________</w:t>
      </w:r>
    </w:p>
    <w:p>
      <w:pPr>
        <w:spacing w:after="60"/>
      </w:pPr>
      <w:r>
        <w:rPr>
          <w:rFonts w:ascii="Arial" w:hAnsi="Arial"/>
          <w:b/>
          <w:i w:val="0"/>
          <w:color w:val="ED1C24"/>
          <w:sz w:val="16"/>
        </w:rPr>
        <w:t xml:space="preserve">CONTATTO DI EMERGENZA  </w:t>
      </w:r>
      <w:r>
        <w:rPr>
          <w:rFonts w:ascii="Arial" w:hAnsi="Arial"/>
          <w:b w:val="0"/>
          <w:i w:val="0"/>
          <w:color w:val="090909"/>
          <w:sz w:val="17"/>
        </w:rPr>
        <w:t>___________________________________________________________________________</w:t>
      </w:r>
    </w:p>
    <w:p>
      <w:pPr>
        <w:spacing w:after="60"/>
        <w:ind w:left="142" w:hanging="142"/>
      </w:pPr>
      <w:r>
        <w:rPr>
          <w:rFonts w:ascii="Arial" w:hAnsi="Arial"/>
          <w:b/>
          <w:i w:val="0"/>
          <w:color w:val="ED1C24"/>
          <w:sz w:val="21"/>
        </w:rPr>
        <w:t xml:space="preserve">☐  </w:t>
      </w:r>
      <w:r>
        <w:rPr>
          <w:rFonts w:ascii="Arial" w:hAnsi="Arial"/>
          <w:b w:val="0"/>
          <w:i w:val="0"/>
          <w:color w:val="090909"/>
          <w:sz w:val="18"/>
        </w:rPr>
        <w:t>Adulti · mercoledì 20:00–21:00</w:t>
      </w:r>
    </w:p>
    <w:p>
      <w:pPr>
        <w:pStyle w:val="Heading1"/>
      </w:pPr>
      <w:r>
        <w:t>Richiesta e dichiarazioni</w:t>
      </w:r>
    </w:p>
    <w:p>
      <w:pPr>
        <w:spacing w:after="60"/>
        <w:ind w:left="142" w:hanging="142"/>
      </w:pPr>
      <w:r>
        <w:rPr>
          <w:rFonts w:ascii="Arial" w:hAnsi="Arial"/>
          <w:b/>
          <w:i w:val="0"/>
          <w:color w:val="ED1C24"/>
          <w:sz w:val="21"/>
        </w:rPr>
        <w:t xml:space="preserve">☐  </w:t>
      </w:r>
      <w:r>
        <w:rPr>
          <w:rFonts w:ascii="Arial" w:hAnsi="Arial"/>
          <w:b w:val="0"/>
          <w:i w:val="0"/>
          <w:color w:val="090909"/>
          <w:sz w:val="18"/>
        </w:rPr>
        <w:t>L’associato/a chiede l’ammissione a socio Poppinesque A.S.D. per l’anno 2026–2027, secondo Statuto e regolamento.</w:t>
      </w:r>
    </w:p>
    <w:p>
      <w:pPr>
        <w:spacing w:after="60"/>
        <w:ind w:left="142" w:hanging="142"/>
      </w:pPr>
      <w:r>
        <w:rPr>
          <w:rFonts w:ascii="Arial" w:hAnsi="Arial"/>
          <w:b/>
          <w:i w:val="0"/>
          <w:color w:val="ED1C24"/>
          <w:sz w:val="21"/>
        </w:rPr>
        <w:t xml:space="preserve">☐  </w:t>
      </w:r>
      <w:r>
        <w:rPr>
          <w:rFonts w:ascii="Arial" w:hAnsi="Arial"/>
          <w:b w:val="0"/>
          <w:i w:val="0"/>
          <w:color w:val="090909"/>
          <w:sz w:val="18"/>
        </w:rPr>
        <w:t>Dichiara di avere letto e accettato Statuto, regolamento, calendario e condizioni economiche 2026–27.</w:t>
      </w:r>
    </w:p>
    <w:p>
      <w:pPr>
        <w:spacing w:after="60"/>
        <w:ind w:left="142" w:hanging="142"/>
      </w:pPr>
      <w:r>
        <w:rPr>
          <w:rFonts w:ascii="Arial" w:hAnsi="Arial"/>
          <w:b/>
          <w:i w:val="0"/>
          <w:color w:val="ED1C24"/>
          <w:sz w:val="21"/>
        </w:rPr>
        <w:t xml:space="preserve">☐  </w:t>
      </w:r>
      <w:r>
        <w:rPr>
          <w:rFonts w:ascii="Arial" w:hAnsi="Arial"/>
          <w:b w:val="0"/>
          <w:i w:val="0"/>
          <w:color w:val="090909"/>
          <w:sz w:val="18"/>
        </w:rPr>
        <w:t>Si impegna a consegnare il certificato medico valido richiesto prima della frequenza ordinaria e a comunicare informazioni rilevanti per la sicurezza.</w:t>
      </w:r>
    </w:p>
    <w:p>
      <w:pPr>
        <w:spacing w:before="160"/>
      </w:pPr>
      <w:r>
        <w:rPr>
          <w:rFonts w:ascii="Arial" w:hAnsi="Arial"/>
          <w:b w:val="0"/>
          <w:i w:val="0"/>
          <w:color w:val="090909"/>
          <w:sz w:val="18"/>
        </w:rPr>
        <w:t>Luogo e data  ____________________________________</w:t>
      </w:r>
    </w:p>
    <w:p>
      <w:r>
        <w:rPr>
          <w:rFonts w:ascii="Arial" w:hAnsi="Arial"/>
          <w:b/>
          <w:i w:val="0"/>
          <w:color w:val="090909"/>
          <w:sz w:val="18"/>
        </w:rPr>
        <w:t>Firma dell’associato/a  ____________________________________</w:t>
      </w:r>
    </w:p>
    <w:p>
      <w:r>
        <w:br w:type="page"/>
      </w:r>
    </w:p>
    <w:p>
      <w:pPr>
        <w:pStyle w:val="Heading1"/>
      </w:pPr>
      <w:r>
        <w:t>Informativa essenziale privacy</w:t>
      </w:r>
    </w:p>
    <w:p>
      <w:pPr>
        <w:spacing w:after="80"/>
      </w:pPr>
      <w:r>
        <w:rPr>
          <w:rFonts w:ascii="Arial" w:hAnsi="Arial"/>
          <w:b/>
          <w:i w:val="0"/>
          <w:color w:val="ED1C24"/>
          <w:sz w:val="17"/>
        </w:rPr>
        <w:t xml:space="preserve">Titolare: </w:t>
      </w:r>
      <w:r>
        <w:rPr>
          <w:rFonts w:ascii="Arial" w:hAnsi="Arial"/>
          <w:b w:val="0"/>
          <w:i w:val="0"/>
          <w:color w:val="090909"/>
          <w:sz w:val="17"/>
        </w:rPr>
        <w:t>Poppinesque A.S.D., C.F. 93253690239, Via Pastore 44, 37019 Peschiera del Garda (VR), poppinesque@gmail.com.</w:t>
      </w:r>
    </w:p>
    <w:p>
      <w:pPr>
        <w:spacing w:after="80"/>
      </w:pPr>
      <w:r>
        <w:rPr>
          <w:rFonts w:ascii="Arial" w:hAnsi="Arial"/>
          <w:b/>
          <w:i w:val="0"/>
          <w:color w:val="ED1C24"/>
          <w:sz w:val="17"/>
        </w:rPr>
        <w:t xml:space="preserve">Finalità: </w:t>
      </w:r>
      <w:r>
        <w:rPr>
          <w:rFonts w:ascii="Arial" w:hAnsi="Arial"/>
          <w:b w:val="0"/>
          <w:i w:val="0"/>
          <w:color w:val="090909"/>
          <w:sz w:val="17"/>
        </w:rPr>
        <w:t>Ammissione e rapporto associativo, corsi, pagamenti, assicurazione, adempimenti sportivi e fiscali, sicurezza e comunicazioni organizzative. I dati dell’interessato sono usati solo per finalità pertinenti.</w:t>
      </w:r>
    </w:p>
    <w:p>
      <w:pPr>
        <w:spacing w:after="80"/>
      </w:pPr>
      <w:r>
        <w:rPr>
          <w:rFonts w:ascii="Arial" w:hAnsi="Arial"/>
          <w:b/>
          <w:i w:val="0"/>
          <w:color w:val="ED1C24"/>
          <w:sz w:val="17"/>
        </w:rPr>
        <w:t xml:space="preserve">Base giuridica: </w:t>
      </w:r>
      <w:r>
        <w:rPr>
          <w:rFonts w:ascii="Arial" w:hAnsi="Arial"/>
          <w:b w:val="0"/>
          <w:i w:val="0"/>
          <w:color w:val="090909"/>
          <w:sz w:val="17"/>
        </w:rPr>
        <w:t>Richiesta e rapporto associativo, obblighi di legge e tutela della salute. Immagini, video e comunicazioni promozionali richiedono consensi separati, facoltativi e revocabili.</w:t>
      </w:r>
    </w:p>
    <w:p>
      <w:pPr>
        <w:spacing w:after="80"/>
      </w:pPr>
      <w:r>
        <w:rPr>
          <w:rFonts w:ascii="Arial" w:hAnsi="Arial"/>
          <w:b/>
          <w:i w:val="0"/>
          <w:color w:val="ED1C24"/>
          <w:sz w:val="17"/>
        </w:rPr>
        <w:t xml:space="preserve">Destinatari e conservazione: </w:t>
      </w:r>
      <w:r>
        <w:rPr>
          <w:rFonts w:ascii="Arial" w:hAnsi="Arial"/>
          <w:b w:val="0"/>
          <w:i w:val="0"/>
          <w:color w:val="090909"/>
          <w:sz w:val="17"/>
        </w:rPr>
        <w:t>Nei limiti necessari: enti di tesseramento/affiliazione, assicurazione, professionisti e fornitori autorizzati, autorità e soggetti previsti dalla legge. Conservazione per il tempo necessario e gli obblighi applicabili.</w:t>
      </w:r>
    </w:p>
    <w:p>
      <w:pPr>
        <w:spacing w:after="80"/>
      </w:pPr>
      <w:r>
        <w:rPr>
          <w:rFonts w:ascii="Arial" w:hAnsi="Arial"/>
          <w:b/>
          <w:i w:val="0"/>
          <w:color w:val="ED1C24"/>
          <w:sz w:val="17"/>
        </w:rPr>
        <w:t xml:space="preserve">Diritti: </w:t>
      </w:r>
      <w:r>
        <w:rPr>
          <w:rFonts w:ascii="Arial" w:hAnsi="Arial"/>
          <w:b w:val="0"/>
          <w:i w:val="0"/>
          <w:color w:val="090909"/>
          <w:sz w:val="17"/>
        </w:rPr>
        <w:t>Accesso, rettifica, cancellazione, limitazione, opposizione e portabilità nei casi previsti; revoca dei consensi e reclamo al Garante. Riferimenti: Regolamento (UE) 2016/679 e D.Lgs. 196/2003 come modificato.</w:t>
      </w:r>
    </w:p>
    <w:p>
      <w:pPr>
        <w:pStyle w:val="Heading1"/>
      </w:pPr>
      <w:r>
        <w:t>Consensi facoltativi</w:t>
      </w:r>
    </w:p>
    <w:p>
      <w:r>
        <w:rPr>
          <w:rFonts w:ascii="Arial" w:hAnsi="Arial"/>
          <w:b/>
          <w:i w:val="0"/>
          <w:color w:val="090909"/>
          <w:sz w:val="17"/>
        </w:rPr>
        <w:t xml:space="preserve">Immagini e video. </w:t>
      </w:r>
      <w:r>
        <w:rPr>
          <w:rFonts w:ascii="Arial" w:hAnsi="Arial"/>
          <w:b w:val="0"/>
          <w:i w:val="0"/>
          <w:color w:val="090909"/>
          <w:sz w:val="17"/>
        </w:rPr>
        <w:t>Autorizzo l’utilizzo gratuito di immagini e video dell’associato/a per sito, social, stampa e materiali istituzionali Poppinesque. Il consenso non condiziona l’iscrizione ed è revocabile per gli usi futuri.</w:t>
      </w:r>
    </w:p>
    <w:p>
      <w:pPr>
        <w:spacing w:after="60"/>
        <w:ind w:left="142" w:hanging="142"/>
      </w:pPr>
      <w:r>
        <w:rPr>
          <w:rFonts w:ascii="Arial" w:hAnsi="Arial"/>
          <w:b/>
          <w:i w:val="0"/>
          <w:color w:val="ED1C24"/>
          <w:sz w:val="21"/>
        </w:rPr>
        <w:t xml:space="preserve">☐  </w:t>
      </w:r>
      <w:r>
        <w:rPr>
          <w:rFonts w:ascii="Arial" w:hAnsi="Arial"/>
          <w:b w:val="0"/>
          <w:i w:val="0"/>
          <w:color w:val="090909"/>
          <w:sz w:val="18"/>
        </w:rPr>
        <w:t>ACCONSENTO</w:t>
      </w:r>
    </w:p>
    <w:p>
      <w:pPr>
        <w:spacing w:after="60"/>
        <w:ind w:left="142" w:hanging="142"/>
      </w:pPr>
      <w:r>
        <w:rPr>
          <w:rFonts w:ascii="Arial" w:hAnsi="Arial"/>
          <w:b/>
          <w:i w:val="0"/>
          <w:color w:val="ED1C24"/>
          <w:sz w:val="21"/>
        </w:rPr>
        <w:t xml:space="preserve">☐  </w:t>
      </w:r>
      <w:r>
        <w:rPr>
          <w:rFonts w:ascii="Arial" w:hAnsi="Arial"/>
          <w:b w:val="0"/>
          <w:i w:val="0"/>
          <w:color w:val="090909"/>
          <w:sz w:val="18"/>
        </w:rPr>
        <w:t>NON ACCONSENTO</w:t>
      </w:r>
    </w:p>
    <w:p>
      <w:pPr>
        <w:spacing w:before="100"/>
      </w:pPr>
      <w:r>
        <w:rPr>
          <w:rFonts w:ascii="Arial" w:hAnsi="Arial"/>
          <w:b/>
          <w:i w:val="0"/>
          <w:color w:val="090909"/>
          <w:sz w:val="17"/>
        </w:rPr>
        <w:t xml:space="preserve">Promozione. </w:t>
      </w:r>
      <w:r>
        <w:rPr>
          <w:rFonts w:ascii="Arial" w:hAnsi="Arial"/>
          <w:b w:val="0"/>
          <w:i w:val="0"/>
          <w:color w:val="090909"/>
          <w:sz w:val="17"/>
        </w:rPr>
        <w:t>Autorizzo comunicazioni su corsi, eventi e iniziative tramite e-mail, telefono o messaggistica, distinte dalle comunicazioni organizzative necessarie.</w:t>
      </w:r>
    </w:p>
    <w:p>
      <w:pPr>
        <w:spacing w:after="60"/>
        <w:ind w:left="142" w:hanging="142"/>
      </w:pPr>
      <w:r>
        <w:rPr>
          <w:rFonts w:ascii="Arial" w:hAnsi="Arial"/>
          <w:b/>
          <w:i w:val="0"/>
          <w:color w:val="ED1C24"/>
          <w:sz w:val="21"/>
        </w:rPr>
        <w:t xml:space="preserve">☐  </w:t>
      </w:r>
      <w:r>
        <w:rPr>
          <w:rFonts w:ascii="Arial" w:hAnsi="Arial"/>
          <w:b w:val="0"/>
          <w:i w:val="0"/>
          <w:color w:val="090909"/>
          <w:sz w:val="18"/>
        </w:rPr>
        <w:t>ACCONSENTO</w:t>
      </w:r>
    </w:p>
    <w:p>
      <w:pPr>
        <w:spacing w:after="60"/>
        <w:ind w:left="142" w:hanging="142"/>
      </w:pPr>
      <w:r>
        <w:rPr>
          <w:rFonts w:ascii="Arial" w:hAnsi="Arial"/>
          <w:b/>
          <w:i w:val="0"/>
          <w:color w:val="ED1C24"/>
          <w:sz w:val="21"/>
        </w:rPr>
        <w:t xml:space="preserve">☐  </w:t>
      </w:r>
      <w:r>
        <w:rPr>
          <w:rFonts w:ascii="Arial" w:hAnsi="Arial"/>
          <w:b w:val="0"/>
          <w:i w:val="0"/>
          <w:color w:val="090909"/>
          <w:sz w:val="18"/>
        </w:rPr>
        <w:t>NON ACCONSENTO</w:t>
      </w:r>
    </w:p>
    <w:p>
      <w:pPr>
        <w:spacing w:before="160"/>
      </w:pPr>
      <w:r>
        <w:rPr>
          <w:rFonts w:ascii="Arial" w:hAnsi="Arial"/>
          <w:b w:val="0"/>
          <w:i w:val="0"/>
          <w:color w:val="090909"/>
          <w:sz w:val="18"/>
        </w:rPr>
        <w:t>Luogo e data  ____________________________________</w:t>
      </w:r>
    </w:p>
    <w:p>
      <w:r>
        <w:rPr>
          <w:rFonts w:ascii="Arial" w:hAnsi="Arial"/>
          <w:b/>
          <w:i w:val="0"/>
          <w:color w:val="090909"/>
          <w:sz w:val="18"/>
        </w:rPr>
        <w:t>Firma dell’associato/a  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020" w:bottom="935" w:left="1020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 w:val="0"/>
        <w:color w:val="666666"/>
        <w:sz w:val="16"/>
      </w:rPr>
      <w:t>poppinesque@gmail.com  ·  +39 346 095 8205  ·  C.F. 93253690239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b/>
        <w:i w:val="0"/>
        <w:color w:val="666666"/>
        <w:sz w:val="15"/>
      </w:rPr>
      <w:t>POPPINESQUE A.S.D.  ·  HIP HOP &amp; STREET DANCE  ·  PESCHIERA DEL GARDA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4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ED1C24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ED1C24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